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B5A" w:rsidRDefault="00E46B5A" w:rsidP="00E46B5A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1B365D"/>
          <w:sz w:val="16"/>
          <w:szCs w:val="16"/>
          <w:lang w:eastAsia="zh-TW"/>
        </w:rPr>
      </w:pPr>
      <w:r w:rsidRPr="00E46B5A">
        <w:rPr>
          <w:rFonts w:ascii="標楷體" w:eastAsia="標楷體" w:hAnsi="標楷體"/>
          <w:b/>
          <w:noProof/>
          <w:color w:val="1B365D"/>
          <w:sz w:val="16"/>
          <w:szCs w:val="16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ACCB97A" wp14:editId="7AF455A8">
                <wp:simplePos x="0" y="0"/>
                <wp:positionH relativeFrom="column">
                  <wp:posOffset>5425440</wp:posOffset>
                </wp:positionH>
                <wp:positionV relativeFrom="paragraph">
                  <wp:posOffset>0</wp:posOffset>
                </wp:positionV>
                <wp:extent cx="1158240" cy="243840"/>
                <wp:effectExtent l="0" t="0" r="22860" b="22860"/>
                <wp:wrapTight wrapText="bothSides">
                  <wp:wrapPolygon edited="0">
                    <wp:start x="0" y="0"/>
                    <wp:lineTo x="0" y="21938"/>
                    <wp:lineTo x="21671" y="21938"/>
                    <wp:lineTo x="21671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B5A" w:rsidRDefault="00E46B5A">
                            <w:r w:rsidRPr="00E46B5A">
                              <w:rPr>
                                <w:rFonts w:ascii="標楷體" w:eastAsia="標楷體" w:hAnsi="標楷體"/>
                                <w:color w:val="1B365D"/>
                                <w:sz w:val="20"/>
                                <w:szCs w:val="20"/>
                                <w:lang w:eastAsia="zh-TW"/>
                              </w:rPr>
                              <w:t>115.10.1</w:t>
                            </w:r>
                            <w:r w:rsidRPr="00E46B5A">
                              <w:rPr>
                                <w:rFonts w:ascii="標楷體" w:eastAsia="標楷體" w:hAnsi="標楷體" w:hint="eastAsia"/>
                                <w:color w:val="1B365D"/>
                                <w:sz w:val="20"/>
                                <w:szCs w:val="20"/>
                                <w:lang w:eastAsia="zh-TW"/>
                              </w:rPr>
                              <w:t>起適用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CB97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7.2pt;margin-top:0;width:91.2pt;height:1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">
                <v:textbox>
                  <w:txbxContent>
                    <w:p w:rsidR="00E46B5A" w:rsidRDefault="00E46B5A">
                      <w:r w:rsidRPr="00E46B5A">
                        <w:rPr>
                          <w:rFonts w:ascii="標楷體" w:eastAsia="標楷體" w:hAnsi="標楷體"/>
                          <w:color w:val="1B365D"/>
                          <w:sz w:val="20"/>
                          <w:szCs w:val="20"/>
                          <w:lang w:eastAsia="zh-TW"/>
                        </w:rPr>
                        <w:t>115.10.1</w:t>
                      </w:r>
                      <w:r w:rsidRPr="00E46B5A">
                        <w:rPr>
                          <w:rFonts w:ascii="標楷體" w:eastAsia="標楷體" w:hAnsi="標楷體" w:hint="eastAsia"/>
                          <w:color w:val="1B365D"/>
                          <w:sz w:val="20"/>
                          <w:szCs w:val="20"/>
                          <w:lang w:eastAsia="zh-TW"/>
                        </w:rPr>
                        <w:t>起適用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46B5A" w:rsidRPr="00E46B5A" w:rsidRDefault="00E46B5A" w:rsidP="00E46B5A">
      <w:pPr>
        <w:snapToGrid w:val="0"/>
        <w:spacing w:after="0" w:line="240" w:lineRule="auto"/>
        <w:jc w:val="center"/>
        <w:rPr>
          <w:rFonts w:ascii="標楷體" w:eastAsia="標楷體" w:hAnsi="標楷體"/>
          <w:b/>
          <w:color w:val="1B365D"/>
          <w:sz w:val="16"/>
          <w:szCs w:val="16"/>
          <w:lang w:eastAsia="zh-TW"/>
        </w:rPr>
      </w:pPr>
    </w:p>
    <w:p w:rsidR="00C97681" w:rsidRPr="007D09E9" w:rsidRDefault="00563F0A" w:rsidP="00E46B5A">
      <w:pPr>
        <w:snapToGrid w:val="0"/>
        <w:spacing w:after="0" w:line="360" w:lineRule="auto"/>
        <w:ind w:firstLineChars="551" w:firstLine="1986"/>
        <w:rPr>
          <w:rFonts w:ascii="標楷體" w:eastAsia="標楷體" w:hAnsi="標楷體"/>
          <w:b/>
          <w:color w:val="1B365D"/>
          <w:sz w:val="36"/>
          <w:szCs w:val="36"/>
          <w:lang w:eastAsia="zh-TW"/>
        </w:rPr>
      </w:pPr>
      <w:r w:rsidRPr="007D09E9">
        <w:rPr>
          <w:rFonts w:ascii="標楷體" w:eastAsia="標楷體" w:hAnsi="標楷體" w:hint="eastAsia"/>
          <w:b/>
          <w:color w:val="1B365D"/>
          <w:sz w:val="36"/>
          <w:szCs w:val="36"/>
          <w:lang w:eastAsia="zh-TW"/>
        </w:rPr>
        <w:t>新竹</w:t>
      </w:r>
      <w:r w:rsidR="007D09E9">
        <w:rPr>
          <w:rFonts w:ascii="標楷體" w:eastAsia="標楷體" w:hAnsi="標楷體" w:hint="eastAsia"/>
          <w:b/>
          <w:color w:val="1B365D"/>
          <w:sz w:val="36"/>
          <w:szCs w:val="36"/>
          <w:lang w:eastAsia="zh-TW"/>
        </w:rPr>
        <w:t>市</w:t>
      </w:r>
      <w:r w:rsidRPr="007D09E9">
        <w:rPr>
          <w:rFonts w:ascii="標楷體" w:eastAsia="標楷體" w:hAnsi="標楷體" w:hint="eastAsia"/>
          <w:b/>
          <w:color w:val="1B365D"/>
          <w:sz w:val="36"/>
          <w:szCs w:val="36"/>
          <w:lang w:eastAsia="zh-TW"/>
        </w:rPr>
        <w:t>光復</w:t>
      </w:r>
      <w:r w:rsidR="007C2711" w:rsidRPr="007D09E9">
        <w:rPr>
          <w:rFonts w:ascii="標楷體" w:eastAsia="標楷體" w:hAnsi="標楷體"/>
          <w:b/>
          <w:color w:val="1B365D"/>
          <w:sz w:val="36"/>
          <w:szCs w:val="36"/>
          <w:lang w:eastAsia="zh-TW"/>
        </w:rPr>
        <w:t>高</w:t>
      </w:r>
      <w:r w:rsidR="007C2711" w:rsidRPr="007D09E9">
        <w:rPr>
          <w:rFonts w:ascii="標楷體" w:eastAsia="標楷體" w:hAnsi="標楷體"/>
          <w:b/>
          <w:color w:val="1B365D"/>
          <w:sz w:val="36"/>
          <w:szCs w:val="36"/>
          <w:lang w:eastAsia="zh-TW"/>
        </w:rPr>
        <w:t>中</w:t>
      </w:r>
      <w:r w:rsidR="007C2711" w:rsidRPr="007D09E9">
        <w:rPr>
          <w:rFonts w:ascii="標楷體" w:eastAsia="標楷體" w:hAnsi="標楷體"/>
          <w:b/>
          <w:color w:val="1B365D"/>
          <w:sz w:val="36"/>
          <w:szCs w:val="36"/>
          <w:lang w:eastAsia="zh-TW"/>
        </w:rPr>
        <w:t>教</w:t>
      </w:r>
      <w:r w:rsidRPr="007D09E9">
        <w:rPr>
          <w:rFonts w:ascii="標楷體" w:eastAsia="標楷體" w:hAnsi="標楷體" w:hint="eastAsia"/>
          <w:b/>
          <w:color w:val="1B365D"/>
          <w:sz w:val="36"/>
          <w:szCs w:val="36"/>
          <w:lang w:eastAsia="zh-TW"/>
        </w:rPr>
        <w:t>師</w:t>
      </w:r>
      <w:r w:rsidR="007C2711" w:rsidRPr="007D09E9">
        <w:rPr>
          <w:rFonts w:ascii="標楷體" w:eastAsia="標楷體" w:hAnsi="標楷體"/>
          <w:b/>
          <w:color w:val="1B365D"/>
          <w:sz w:val="36"/>
          <w:szCs w:val="36"/>
          <w:lang w:eastAsia="zh-TW"/>
        </w:rPr>
        <w:t>個人因素調課申請單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079"/>
        <w:gridCol w:w="1438"/>
        <w:gridCol w:w="358"/>
        <w:gridCol w:w="1516"/>
        <w:gridCol w:w="644"/>
        <w:gridCol w:w="914"/>
        <w:gridCol w:w="1276"/>
        <w:gridCol w:w="327"/>
        <w:gridCol w:w="2518"/>
      </w:tblGrid>
      <w:tr w:rsidR="000B6364" w:rsidRPr="00563F0A" w:rsidTr="000B6364">
        <w:tc>
          <w:tcPr>
            <w:tcW w:w="1079" w:type="dxa"/>
            <w:shd w:val="clear" w:color="auto" w:fill="FFFFFF" w:themeFill="background1"/>
          </w:tcPr>
          <w:p w:rsidR="00563F0A" w:rsidRPr="00563F0A" w:rsidRDefault="00563F0A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 w:rsidRPr="00563F0A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申請人</w:t>
            </w:r>
          </w:p>
        </w:tc>
        <w:tc>
          <w:tcPr>
            <w:tcW w:w="1796" w:type="dxa"/>
            <w:gridSpan w:val="2"/>
          </w:tcPr>
          <w:p w:rsidR="00563F0A" w:rsidRPr="00563F0A" w:rsidRDefault="00563F0A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</w:p>
        </w:tc>
        <w:tc>
          <w:tcPr>
            <w:tcW w:w="1516" w:type="dxa"/>
            <w:shd w:val="clear" w:color="auto" w:fill="FFFFFF" w:themeFill="background1"/>
          </w:tcPr>
          <w:p w:rsidR="00563F0A" w:rsidRPr="00563F0A" w:rsidRDefault="00563F0A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所屬單位</w:t>
            </w:r>
          </w:p>
        </w:tc>
        <w:tc>
          <w:tcPr>
            <w:tcW w:w="1558" w:type="dxa"/>
            <w:gridSpan w:val="2"/>
            <w:shd w:val="clear" w:color="auto" w:fill="FFFFFF" w:themeFill="background1"/>
          </w:tcPr>
          <w:p w:rsidR="00563F0A" w:rsidRPr="00563F0A" w:rsidRDefault="00563F0A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63F0A" w:rsidRPr="00563F0A" w:rsidRDefault="000B6364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申請</w:t>
            </w:r>
            <w:r w:rsidR="00563F0A" w:rsidRPr="00563F0A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日</w:t>
            </w:r>
            <w:r w:rsidR="00563F0A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期</w:t>
            </w:r>
          </w:p>
        </w:tc>
        <w:tc>
          <w:tcPr>
            <w:tcW w:w="2845" w:type="dxa"/>
            <w:gridSpan w:val="2"/>
          </w:tcPr>
          <w:p w:rsidR="00563F0A" w:rsidRPr="00563F0A" w:rsidRDefault="00563F0A" w:rsidP="007D09E9">
            <w:pPr>
              <w:snapToGrid w:val="0"/>
              <w:spacing w:beforeLines="100" w:before="240" w:line="360" w:lineRule="auto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 w:rsidRPr="00563F0A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563F0A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  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</w:t>
            </w:r>
            <w:r w:rsidRPr="00563F0A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563F0A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月</w:t>
            </w:r>
            <w:r w:rsidRPr="00563F0A">
              <w:rPr>
                <w:rFonts w:ascii="標楷體" w:eastAsia="標楷體" w:hAnsi="標楷體" w:hint="eastAsia"/>
                <w:sz w:val="24"/>
                <w:szCs w:val="24"/>
                <w:u w:val="single"/>
                <w:lang w:eastAsia="zh-TW"/>
              </w:rPr>
              <w:t xml:space="preserve">     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日</w:t>
            </w:r>
          </w:p>
        </w:tc>
      </w:tr>
      <w:tr w:rsidR="00291EF5" w:rsidRPr="00563F0A" w:rsidTr="000B6364">
        <w:trPr>
          <w:trHeight w:val="4334"/>
        </w:trPr>
        <w:tc>
          <w:tcPr>
            <w:tcW w:w="1079" w:type="dxa"/>
            <w:shd w:val="clear" w:color="auto" w:fill="FFFFFF" w:themeFill="background1"/>
          </w:tcPr>
          <w:p w:rsidR="00291EF5" w:rsidRDefault="00291EF5" w:rsidP="007D09E9">
            <w:pPr>
              <w:snapToGrid w:val="0"/>
              <w:spacing w:beforeLines="100" w:before="240" w:line="360" w:lineRule="auto"/>
              <w:ind w:rightChars="-46" w:right="-101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調課班級與節次</w:t>
            </w:r>
          </w:p>
        </w:tc>
        <w:tc>
          <w:tcPr>
            <w:tcW w:w="8991" w:type="dxa"/>
            <w:gridSpan w:val="8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02"/>
              <w:gridCol w:w="850"/>
              <w:gridCol w:w="3402"/>
              <w:gridCol w:w="1276"/>
            </w:tblGrid>
            <w:tr w:rsidR="00291EF5" w:rsidTr="00291EF5">
              <w:tc>
                <w:tcPr>
                  <w:tcW w:w="3202" w:type="dxa"/>
                  <w:shd w:val="clear" w:color="auto" w:fill="F0F4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原授課</w:t>
                  </w:r>
                  <w:r>
                    <w:rPr>
                      <w:rFonts w:ascii="標楷體" w:eastAsia="標楷體" w:hAnsi="標楷體" w:hint="eastAsia"/>
                      <w:color w:val="222222"/>
                      <w:sz w:val="24"/>
                      <w:szCs w:val="24"/>
                      <w:lang w:eastAsia="zh-TW"/>
                    </w:rPr>
                    <w:t>日期/</w:t>
                  </w: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節次</w:t>
                  </w:r>
                </w:p>
              </w:tc>
              <w:tc>
                <w:tcPr>
                  <w:tcW w:w="850" w:type="dxa"/>
                  <w:shd w:val="clear" w:color="auto" w:fill="F0F4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jc w:val="center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班級</w:t>
                  </w:r>
                </w:p>
              </w:tc>
              <w:tc>
                <w:tcPr>
                  <w:tcW w:w="3402" w:type="dxa"/>
                  <w:shd w:val="clear" w:color="auto" w:fill="F0F4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jc w:val="center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調</w:t>
                  </w:r>
                  <w:r>
                    <w:rPr>
                      <w:rFonts w:ascii="標楷體" w:eastAsia="標楷體" w:hAnsi="標楷體" w:hint="eastAsia"/>
                      <w:color w:val="222222"/>
                      <w:sz w:val="24"/>
                      <w:szCs w:val="24"/>
                      <w:lang w:eastAsia="zh-TW"/>
                    </w:rPr>
                    <w:t>課</w:t>
                  </w: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後節次</w:t>
                  </w:r>
                </w:p>
              </w:tc>
              <w:tc>
                <w:tcPr>
                  <w:tcW w:w="1276" w:type="dxa"/>
                  <w:shd w:val="clear" w:color="auto" w:fill="F0F4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ind w:leftChars="-67" w:left="2" w:rightChars="-70" w:right="-154" w:hangingChars="62" w:hanging="149"/>
                    <w:jc w:val="center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標楷體" w:eastAsia="標楷體" w:hAnsi="標楷體" w:hint="eastAsia"/>
                      <w:color w:val="222222"/>
                      <w:sz w:val="24"/>
                      <w:szCs w:val="24"/>
                      <w:lang w:eastAsia="zh-TW"/>
                    </w:rPr>
                    <w:t>被</w:t>
                  </w: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調</w:t>
                  </w:r>
                  <w:r>
                    <w:rPr>
                      <w:rFonts w:ascii="標楷體" w:eastAsia="標楷體" w:hAnsi="標楷體" w:hint="eastAsia"/>
                      <w:color w:val="222222"/>
                      <w:sz w:val="24"/>
                      <w:szCs w:val="24"/>
                      <w:lang w:eastAsia="zh-TW"/>
                    </w:rPr>
                    <w:t>課</w:t>
                  </w:r>
                  <w:r w:rsidRPr="00291EF5">
                    <w:rPr>
                      <w:rFonts w:ascii="標楷體" w:eastAsia="標楷體" w:hAnsi="標楷體"/>
                      <w:color w:val="222222"/>
                      <w:sz w:val="24"/>
                      <w:szCs w:val="24"/>
                      <w:lang w:eastAsia="zh-TW"/>
                    </w:rPr>
                    <w:t>教師</w:t>
                  </w:r>
                </w:p>
              </w:tc>
            </w:tr>
            <w:tr w:rsidR="00291EF5" w:rsidTr="00291EF5">
              <w:tc>
                <w:tcPr>
                  <w:tcW w:w="32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850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="50" w:after="0" w:line="360" w:lineRule="auto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34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1276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</w:tr>
            <w:tr w:rsidR="00291EF5" w:rsidTr="00291EF5">
              <w:tc>
                <w:tcPr>
                  <w:tcW w:w="32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850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="50" w:after="0" w:line="360" w:lineRule="auto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34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1276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</w:tr>
            <w:tr w:rsidR="00291EF5" w:rsidTr="00291EF5">
              <w:tc>
                <w:tcPr>
                  <w:tcW w:w="32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850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="50" w:after="0" w:line="360" w:lineRule="auto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34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1276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</w:tr>
            <w:tr w:rsidR="00291EF5" w:rsidTr="00291EF5">
              <w:tc>
                <w:tcPr>
                  <w:tcW w:w="32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850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="50" w:after="0" w:line="360" w:lineRule="auto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3402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napToGrid w:val="0"/>
                    <w:spacing w:beforeLines="50" w:before="120" w:after="0" w:line="360" w:lineRule="auto"/>
                    <w:ind w:rightChars="-69" w:right="-152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月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日(   )第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 w:rsidRPr="00291EF5">
                    <w:rPr>
                      <w:rFonts w:ascii="標楷體" w:eastAsia="標楷體" w:hAnsi="標楷體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4"/>
                      <w:szCs w:val="24"/>
                      <w:lang w:eastAsia="zh-TW"/>
                    </w:rPr>
                    <w:t>節</w:t>
                  </w:r>
                </w:p>
              </w:tc>
              <w:tc>
                <w:tcPr>
                  <w:tcW w:w="1276" w:type="dxa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</w:tcPr>
                <w:p w:rsidR="00291EF5" w:rsidRPr="00291EF5" w:rsidRDefault="00291EF5" w:rsidP="00291EF5">
                  <w:pPr>
                    <w:spacing w:before="40" w:after="40"/>
                    <w:rPr>
                      <w:rFonts w:ascii="標楷體" w:eastAsia="標楷體" w:hAnsi="標楷體"/>
                      <w:sz w:val="24"/>
                      <w:szCs w:val="24"/>
                      <w:lang w:eastAsia="zh-TW"/>
                    </w:rPr>
                  </w:pPr>
                </w:p>
              </w:tc>
            </w:tr>
          </w:tbl>
          <w:p w:rsidR="00291EF5" w:rsidRPr="00291EF5" w:rsidRDefault="00291EF5" w:rsidP="00291EF5">
            <w:pPr>
              <w:snapToGrid w:val="0"/>
              <w:spacing w:beforeLines="50" w:before="120" w:line="360" w:lineRule="auto"/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</w:pPr>
            <w:r w:rsidRPr="00291EF5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備註：</w:t>
            </w:r>
            <w:r w:rsidRPr="000B636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lang w:eastAsia="zh-TW"/>
              </w:rPr>
              <w:t>個人因素</w:t>
            </w:r>
            <w:r w:rsidRPr="00291EF5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調課請務必自覓調課教師，並取得該教師同意。</w:t>
            </w:r>
          </w:p>
        </w:tc>
        <w:bookmarkStart w:id="0" w:name="_GoBack"/>
        <w:bookmarkEnd w:id="0"/>
      </w:tr>
      <w:tr w:rsidR="007D09E9" w:rsidRPr="00563F0A" w:rsidTr="000B6364">
        <w:tc>
          <w:tcPr>
            <w:tcW w:w="1079" w:type="dxa"/>
            <w:shd w:val="clear" w:color="auto" w:fill="FFFFFF" w:themeFill="background1"/>
          </w:tcPr>
          <w:p w:rsidR="007D09E9" w:rsidRPr="00563F0A" w:rsidRDefault="007D09E9" w:rsidP="004C4481">
            <w:pPr>
              <w:snapToGrid w:val="0"/>
              <w:spacing w:beforeLines="100" w:before="240" w:line="360" w:lineRule="auto"/>
              <w:ind w:rightChars="-46" w:right="-101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調課原因</w:t>
            </w:r>
          </w:p>
        </w:tc>
        <w:tc>
          <w:tcPr>
            <w:tcW w:w="8991" w:type="dxa"/>
            <w:gridSpan w:val="8"/>
          </w:tcPr>
          <w:p w:rsidR="007D09E9" w:rsidRDefault="007D09E9" w:rsidP="004C4481">
            <w:pPr>
              <w:snapToGrid w:val="0"/>
              <w:spacing w:beforeLines="50" w:before="120" w:line="36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身體不適   □ 處理學生突發狀況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□ 家長晤談   □ 處理緊急科務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    </w:t>
            </w:r>
          </w:p>
          <w:p w:rsidR="007D09E9" w:rsidRDefault="007D09E9" w:rsidP="004C4481">
            <w:pPr>
              <w:snapToGrid w:val="0"/>
              <w:spacing w:beforeLines="50" w:before="120" w:line="36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申請補休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申請休假  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參加校內會議／活動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：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______________________</w:t>
            </w:r>
          </w:p>
          <w:p w:rsidR="007D09E9" w:rsidRPr="00563F0A" w:rsidRDefault="007D09E9" w:rsidP="004C4481">
            <w:pPr>
              <w:snapToGrid w:val="0"/>
              <w:spacing w:beforeLines="50" w:before="120" w:line="360" w:lineRule="auto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其他：________________________________</w:t>
            </w:r>
          </w:p>
        </w:tc>
      </w:tr>
      <w:tr w:rsidR="00380F23" w:rsidRPr="007D09E9" w:rsidTr="000B6364">
        <w:tc>
          <w:tcPr>
            <w:tcW w:w="10070" w:type="dxa"/>
            <w:gridSpan w:val="9"/>
            <w:shd w:val="clear" w:color="auto" w:fill="FFFFFF" w:themeFill="background1"/>
          </w:tcPr>
          <w:p w:rsidR="00380F23" w:rsidRPr="007D09E9" w:rsidRDefault="00380F23" w:rsidP="007D09E9">
            <w:pPr>
              <w:snapToGrid w:val="0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 w:rsidRPr="007D09E9">
              <w:rPr>
                <w:rFonts w:ascii="標楷體" w:eastAsia="標楷體" w:hAnsi="標楷體"/>
                <w:sz w:val="24"/>
                <w:szCs w:val="24"/>
                <w:lang w:eastAsia="zh-TW"/>
              </w:rPr>
              <w:t>是否另行辦理請假</w:t>
            </w:r>
          </w:p>
        </w:tc>
      </w:tr>
      <w:tr w:rsidR="00380F23" w:rsidRPr="00563F0A" w:rsidTr="004E7750">
        <w:tc>
          <w:tcPr>
            <w:tcW w:w="10070" w:type="dxa"/>
            <w:gridSpan w:val="9"/>
          </w:tcPr>
          <w:p w:rsidR="00380F23" w:rsidRDefault="00380F23" w:rsidP="007D09E9">
            <w:pPr>
              <w:snapToGrid w:val="0"/>
              <w:spacing w:beforeLines="100" w:before="240" w:line="36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是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，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假單：□已填寫　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預定於______年______月______日填寫</w:t>
            </w:r>
          </w:p>
          <w:p w:rsidR="00380F23" w:rsidRPr="00563F0A" w:rsidRDefault="00380F23" w:rsidP="007D09E9">
            <w:pPr>
              <w:snapToGrid w:val="0"/>
              <w:spacing w:beforeLines="100" w:before="240" w:line="360" w:lineRule="auto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□否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，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本人於調課後仍在校出勤，毋須另行請假。</w:t>
            </w:r>
          </w:p>
        </w:tc>
      </w:tr>
      <w:tr w:rsidR="00B76D26" w:rsidRPr="00B76D26" w:rsidTr="000B6364">
        <w:tc>
          <w:tcPr>
            <w:tcW w:w="10070" w:type="dxa"/>
            <w:gridSpan w:val="9"/>
            <w:shd w:val="clear" w:color="auto" w:fill="FFFFFF" w:themeFill="background1"/>
          </w:tcPr>
          <w:p w:rsidR="00B76D26" w:rsidRPr="007D09E9" w:rsidRDefault="00B76D26" w:rsidP="007D09E9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D09E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行政單位審核</w:t>
            </w:r>
          </w:p>
        </w:tc>
      </w:tr>
      <w:tr w:rsidR="00B76D26" w:rsidRPr="00563F0A" w:rsidTr="00E77952">
        <w:tc>
          <w:tcPr>
            <w:tcW w:w="2517" w:type="dxa"/>
            <w:gridSpan w:val="2"/>
          </w:tcPr>
          <w:p w:rsidR="00B76D26" w:rsidRDefault="007E6093" w:rsidP="000B6364">
            <w:pPr>
              <w:snapToGrid w:val="0"/>
              <w:spacing w:beforeLines="30" w:before="72" w:line="360" w:lineRule="auto"/>
              <w:ind w:leftChars="-49" w:hangingChars="45" w:hanging="108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單位主任</w:t>
            </w:r>
          </w:p>
        </w:tc>
        <w:tc>
          <w:tcPr>
            <w:tcW w:w="2518" w:type="dxa"/>
            <w:gridSpan w:val="3"/>
          </w:tcPr>
          <w:p w:rsidR="00B76D26" w:rsidRPr="00563F0A" w:rsidRDefault="00B76D26" w:rsidP="000B6364">
            <w:pPr>
              <w:snapToGrid w:val="0"/>
              <w:spacing w:beforeLines="30" w:before="72" w:line="360" w:lineRule="auto"/>
              <w:ind w:left="-49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教學</w:t>
            </w:r>
            <w:r w:rsidR="007E6093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/教務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長</w:t>
            </w:r>
          </w:p>
        </w:tc>
        <w:tc>
          <w:tcPr>
            <w:tcW w:w="2517" w:type="dxa"/>
            <w:gridSpan w:val="3"/>
          </w:tcPr>
          <w:p w:rsidR="00B76D26" w:rsidRPr="00563F0A" w:rsidRDefault="00B76D26" w:rsidP="000B6364">
            <w:pPr>
              <w:snapToGrid w:val="0"/>
              <w:spacing w:beforeLines="30" w:before="72" w:line="360" w:lineRule="auto"/>
              <w:ind w:left="-49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教務</w:t>
            </w:r>
            <w:r w:rsidR="00FF6F0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/全中部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主任</w:t>
            </w:r>
          </w:p>
        </w:tc>
        <w:tc>
          <w:tcPr>
            <w:tcW w:w="2518" w:type="dxa"/>
          </w:tcPr>
          <w:p w:rsidR="00B76D26" w:rsidRPr="00563F0A" w:rsidRDefault="00B76D26" w:rsidP="000B6364">
            <w:pPr>
              <w:snapToGrid w:val="0"/>
              <w:spacing w:beforeLines="30" w:before="72" w:line="360" w:lineRule="auto"/>
              <w:ind w:left="-49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人事主任</w:t>
            </w:r>
          </w:p>
        </w:tc>
      </w:tr>
      <w:tr w:rsidR="00B76D26" w:rsidRPr="00563F0A" w:rsidTr="00E77952">
        <w:tc>
          <w:tcPr>
            <w:tcW w:w="2517" w:type="dxa"/>
            <w:gridSpan w:val="2"/>
          </w:tcPr>
          <w:p w:rsidR="00B76D26" w:rsidRDefault="00B76D26" w:rsidP="007D09E9">
            <w:pPr>
              <w:snapToGrid w:val="0"/>
              <w:spacing w:beforeLines="100" w:before="240" w:line="360" w:lineRule="auto"/>
              <w:ind w:leftChars="-49" w:hangingChars="45" w:hanging="108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</w:p>
        </w:tc>
        <w:tc>
          <w:tcPr>
            <w:tcW w:w="2518" w:type="dxa"/>
            <w:gridSpan w:val="3"/>
          </w:tcPr>
          <w:p w:rsidR="00B76D26" w:rsidRDefault="00B76D26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</w:p>
        </w:tc>
        <w:tc>
          <w:tcPr>
            <w:tcW w:w="2517" w:type="dxa"/>
            <w:gridSpan w:val="3"/>
          </w:tcPr>
          <w:p w:rsidR="00B76D26" w:rsidRDefault="00B76D26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</w:p>
        </w:tc>
        <w:tc>
          <w:tcPr>
            <w:tcW w:w="2518" w:type="dxa"/>
          </w:tcPr>
          <w:p w:rsidR="00B76D26" w:rsidRDefault="00B76D26" w:rsidP="007D09E9">
            <w:pPr>
              <w:snapToGrid w:val="0"/>
              <w:spacing w:beforeLines="100" w:before="240" w:line="360" w:lineRule="auto"/>
              <w:jc w:val="center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</w:p>
        </w:tc>
      </w:tr>
      <w:tr w:rsidR="007D09E9" w:rsidRPr="00563F0A" w:rsidTr="008230DA">
        <w:tc>
          <w:tcPr>
            <w:tcW w:w="10070" w:type="dxa"/>
            <w:gridSpan w:val="9"/>
          </w:tcPr>
          <w:p w:rsidR="007D09E9" w:rsidRDefault="007D09E9" w:rsidP="007D09E9">
            <w:pPr>
              <w:snapToGrid w:val="0"/>
              <w:spacing w:line="36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本人確認上述資料</w:t>
            </w:r>
            <w:r w:rsidR="003A612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正確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，並了解：</w:t>
            </w: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br/>
              <w:t>一、</w:t>
            </w:r>
            <w:r w:rsidR="000B6364" w:rsidRPr="000B636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個人因素調課應於事前提出申請並經核准後始得辦理，不得自行與其他教師私下調課。</w:t>
            </w:r>
          </w:p>
          <w:p w:rsidR="000B6364" w:rsidRPr="000B6364" w:rsidRDefault="007D09E9" w:rsidP="007D09E9">
            <w:pPr>
              <w:snapToGrid w:val="0"/>
              <w:spacing w:line="360" w:lineRule="auto"/>
              <w:ind w:left="456" w:hangingChars="190" w:hanging="45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二、</w:t>
            </w:r>
            <w:r w:rsidR="000B6364" w:rsidRPr="00291EF5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如因臨時緊急事故無法事前辦理，應先向教務處報備，並於事後補辦相關程序。</w:t>
            </w:r>
          </w:p>
          <w:p w:rsidR="007D09E9" w:rsidRDefault="000B6364" w:rsidP="007D09E9">
            <w:pPr>
              <w:snapToGrid w:val="0"/>
              <w:spacing w:line="360" w:lineRule="auto"/>
              <w:ind w:left="456" w:hangingChars="190" w:hanging="456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三、</w:t>
            </w:r>
            <w:r w:rsidR="007D09E9"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調課不等同於請假；</w:t>
            </w:r>
            <w:r w:rsidRPr="000B636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如涉及未出勤、離校等情形，仍應依本校差勤規定另行辦理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請假</w:t>
            </w:r>
            <w:r w:rsidRPr="000B636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  <w:p w:rsidR="007D09E9" w:rsidRDefault="007D09E9" w:rsidP="00E77952">
            <w:pPr>
              <w:snapToGrid w:val="0"/>
              <w:spacing w:beforeLines="100" w:before="240" w:line="360" w:lineRule="auto"/>
              <w:ind w:leftChars="207" w:left="455" w:firstLineChars="2127" w:firstLine="5105"/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</w:pPr>
            <w:r w:rsidRPr="00563F0A">
              <w:rPr>
                <w:rFonts w:ascii="標楷體" w:eastAsia="標楷體" w:hAnsi="標楷體"/>
                <w:sz w:val="24"/>
                <w:szCs w:val="24"/>
                <w:lang w:eastAsia="zh-TW"/>
              </w:rPr>
              <w:t>申請人簽名：____________________</w:t>
            </w:r>
          </w:p>
        </w:tc>
      </w:tr>
    </w:tbl>
    <w:p w:rsidR="007C2711" w:rsidRPr="00563F0A" w:rsidRDefault="007C2711" w:rsidP="00563F0A">
      <w:pPr>
        <w:snapToGrid w:val="0"/>
        <w:spacing w:after="0" w:line="360" w:lineRule="auto"/>
        <w:rPr>
          <w:rFonts w:ascii="標楷體" w:eastAsia="標楷體" w:hAnsi="標楷體"/>
          <w:sz w:val="24"/>
          <w:szCs w:val="24"/>
        </w:rPr>
      </w:pPr>
    </w:p>
    <w:sectPr w:rsidR="007C2711" w:rsidRPr="00563F0A" w:rsidSect="00E46B5A">
      <w:pgSz w:w="12240" w:h="15840"/>
      <w:pgMar w:top="284" w:right="1080" w:bottom="70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27D35"/>
    <w:multiLevelType w:val="multilevel"/>
    <w:tmpl w:val="80BC4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6364"/>
    <w:rsid w:val="0015074B"/>
    <w:rsid w:val="001F22CF"/>
    <w:rsid w:val="00291EF5"/>
    <w:rsid w:val="0029639D"/>
    <w:rsid w:val="00326F90"/>
    <w:rsid w:val="00380F23"/>
    <w:rsid w:val="003A6126"/>
    <w:rsid w:val="00563F0A"/>
    <w:rsid w:val="007C2711"/>
    <w:rsid w:val="007D09E9"/>
    <w:rsid w:val="007E6093"/>
    <w:rsid w:val="0096758C"/>
    <w:rsid w:val="00A85F5F"/>
    <w:rsid w:val="00AA1D8D"/>
    <w:rsid w:val="00B47730"/>
    <w:rsid w:val="00B76D26"/>
    <w:rsid w:val="00C97681"/>
    <w:rsid w:val="00CB0664"/>
    <w:rsid w:val="00D30775"/>
    <w:rsid w:val="00E46B5A"/>
    <w:rsid w:val="00E77952"/>
    <w:rsid w:val="00FC693F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ED729"/>
  <w14:defaultImageDpi w14:val="300"/>
  <w15:docId w15:val="{270D60FE-EDE2-4F45-B9D3-4B5DE77B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291EF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b">
    <w:name w:val="註解方塊文字 字元"/>
    <w:basedOn w:val="a2"/>
    <w:link w:val="affa"/>
    <w:uiPriority w:val="99"/>
    <w:semiHidden/>
    <w:rsid w:val="00291EF5"/>
    <w:rPr>
      <w:rFonts w:asciiTheme="majorHAnsi" w:eastAsiaTheme="majorEastAsia" w:hAnsiTheme="majorHAnsi" w:cstheme="majorBidi"/>
      <w:sz w:val="18"/>
      <w:szCs w:val="18"/>
    </w:rPr>
  </w:style>
  <w:style w:type="paragraph" w:customStyle="1" w:styleId="pdq2pgselectionanchorcontainer">
    <w:name w:val="pdq2pg_selectionanchorcontainer"/>
    <w:basedOn w:val="a1"/>
    <w:rsid w:val="00291EF5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FD1414-9A55-4313-A861-C87E05C8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cp:lastPrinted>2026-09-24T03:50:00Z</cp:lastPrinted>
  <dcterms:created xsi:type="dcterms:W3CDTF">2026-09-24T02:06:00Z</dcterms:created>
  <dcterms:modified xsi:type="dcterms:W3CDTF">2026-09-24T04:18:00Z</dcterms:modified>
  <cp:category/>
</cp:coreProperties>
</file>